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Het verhaal achter FSPMK</w:t>
      </w:r>
    </w:p>
    <w:p>
      <w:pPr>
        <w:pStyle w:val="Subtitle"/>
      </w:pPr>
      <w:r>
        <w:t>Fundashon Speransa pa Mucha i Korsou</w:t>
      </w:r>
    </w:p>
    <w:p>
      <w:r>
        <w:t>Mijn naam is Shannie Virgilia Fidelia Ataliede. Ik ben geboren op Curaçao en ben de oprichter van Fundashon Speransa pa Mucha i Korsou (FSPMK). Met deze stichting wil ik bijdragen aan een Curaçao waar ieder kind veilig kan opgroeien, zich gezien voelt en de kans krijgt om zich te ontwikkelen. De aanpak van armoede en het versterken van kinderen en gezinnen staan daarbij centraal.</w:t>
      </w:r>
    </w:p>
    <w:p>
      <w:r>
        <w:t>Mijn verbondenheid met Curaçao en mijn overtuiging dat ieder kind kansen verdient, vormen de basis van FSPMK. Ik wil iets teruggeven aan het eiland waar ik ben geboren en mij inzetten voor gezinnen die ondersteuning nodig hebben. Ieder kind verdient een toekomst waarin ruimte is om te leren, talenten te ontdekken en dromen waar te maken.</w:t>
      </w:r>
    </w:p>
    <w:p>
      <w:r>
        <w:t>In mijn werk binnen het sociaal domein heb ik gezien hoeveel verschil praktische hulp en persoonlijke aandacht kunnen maken. Een schooltas voor een kind, een maaltijd voor een gezin of een luisterend oor kan zorgen verlichten en vertrouwen geven. Achter iedere hulpvraag staat een mens met een eigen verhaal. Daarom vind ik het belangrijk om te luisteren zonder oordeel en samen te zoeken naar passende oplossingen.</w:t>
      </w:r>
    </w:p>
    <w:p>
      <w:r>
        <w:t>Armoede gaat verder dan een tekort aan geld. Het kan invloed hebben op het welzijn van een gezin, het zelfvertrouwen van een kind en de mogelijkheid om mee te doen op school en in de samenleving. Met FSPMK wil ik helpen om deze drempels te verkleinen en gezinnen te ondersteunen bij het opbouwen van meer zekerheid en stabiliteit.</w:t>
      </w:r>
    </w:p>
    <w:p>
      <w:r>
        <w:t>FSPMK wil kinderen en gezinnen ondersteunen bij basisbehoeften, onderwijs, welzijn en ontwikkeling. Daarbij gaat het om concrete hulp én om aandacht voor wat een gezin nodig heeft om verder te komen. Mijn wens is dat ouders ondersteuning durven vragen en dat kinderen ervaren dat zij waardevol zijn en erbij horen.</w:t>
      </w:r>
    </w:p>
    <w:p>
      <w:r>
        <w:t>Die steun begint thuis, maar stopt daar niet. Ook de school en de gemeenschap spelen een belangrijke rol in het leven van een kind. Door samen te werken met scholen, betrokken bewoners en maatschappelijke organisaties wil ik bouwen aan een netwerk waarin gezinnen terechtkunnen en kinderen de ruimte krijgen om te groeien.</w:t>
      </w:r>
    </w:p>
    <w:p>
      <w:r>
        <w:t>Mijn droom is een Curaçao waar de omstandigheden waarin een kind opgroeit niet bepalen welke kansen het krijgt. Een eiland waar gezinnen er niet alleen voor staan en waar mensen samen verantwoordelijkheid nemen voor het welzijn van kinderen. We kunnen niet alle moeilijke omstandigheden voorkomen, maar we kunnen wel zorgen dat een kind steun krijgt.</w:t>
      </w:r>
    </w:p>
    <w:p>
      <w:r>
        <w:t>Met FSPMK wil ik aan die toekomst bijdragen. Vanuit betrokkenheid, met praktische hulp en met vertrouwen in de kracht van kinderen, gezinnen en de gemeenschap.</w:t>
      </w:r>
    </w:p>
    <w:p>
      <w:pPr>
        <w:spacing w:before="100"/>
      </w:pPr>
      <w:r>
        <w:rPr>
          <w:b/>
        </w:rPr>
        <w:t>Fortalesiendo muchanan den hogar, skol i komunidat.</w:t>
      </w:r>
    </w:p>
    <w:p>
      <w:r>
        <w:t>Kinderen versterken binnen het gezin, op school en in de gemeenschap.</w:t>
      </w:r>
    </w:p>
    <w:sectPr w:rsidR="00FC693F" w:rsidRPr="0006063C"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line="26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Shannie Ataliede</dc:creator>
  <cp:keywords/>
  <dc:description>generated by python-docx</dc:description>
  <cp:lastModifiedBy/>
  <cp:revision>1</cp:revision>
  <dcterms:created xsi:type="dcterms:W3CDTF">2013-12-23T23:15:00Z</dcterms:created>
  <dcterms:modified xsi:type="dcterms:W3CDTF">2013-12-23T23:15:00Z</dcterms:modified>
  <cp:category/>
</cp:coreProperties>
</file>